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1695C"/>
          <w:sz w:val="17"/>
        </w:rPr>
        <w:t>THE PROCUREMENT MANAGER  |  TEMPLATE</w:t>
      </w:r>
    </w:p>
    <w:p>
      <w:pPr>
        <w:spacing w:after="80"/>
      </w:pPr>
      <w:r>
        <w:rPr>
          <w:b/>
          <w:i w:val="0"/>
          <w:color w:val="172033"/>
          <w:sz w:val="44"/>
        </w:rPr>
        <w:t>Commercial contract termination notice</w:t>
      </w:r>
    </w:p>
    <w:p>
      <w:r>
        <w:rPr>
          <w:b w:val="0"/>
          <w:i w:val="0"/>
          <w:color w:val="5B6474"/>
          <w:sz w:val="21"/>
        </w:rPr>
        <w:t>Fill in each field from the signed agreement. Example values are illustrative only.</w:t>
      </w:r>
    </w:p>
    <w:p>
      <w:r>
        <w:rPr>
          <w:b w:val="0"/>
          <w:i/>
          <w:color w:val="8A94A6"/>
          <w:sz w:val="18"/>
        </w:rPr>
        <w:t>Grey italic text is an example. Replace it with your own content.</w:t>
      </w:r>
    </w:p>
    <w:p>
      <w:pPr>
        <w:keepNext/>
        <w:spacing w:before="280" w:after="80"/>
      </w:pPr>
      <w:r>
        <w:rPr>
          <w:b/>
          <w:i w:val="0"/>
          <w:color w:val="11695C"/>
          <w:sz w:val="22"/>
        </w:rPr>
        <w:t>PARTIES AND REFERENCE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Date of notice</w:t>
            </w:r>
          </w:p>
          <w:p>
            <w:r>
              <w:rPr>
                <w:b w:val="0"/>
                <w:i/>
                <w:color w:val="5B6474"/>
                <w:sz w:val="17"/>
              </w:rPr>
              <w:t>Issue date of the letter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[Date of notice]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To (supplier legal entity and notice address)</w:t>
            </w:r>
          </w:p>
          <w:p>
            <w:r>
              <w:rPr>
                <w:b w:val="0"/>
                <w:i/>
                <w:color w:val="5B6474"/>
                <w:sz w:val="17"/>
              </w:rPr>
              <w:t>Exactly as the notices clause names them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[Supplier legal entity, legal notice address]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From (customer legal entity and address)</w:t>
            </w:r>
          </w:p>
          <w:p>
            <w:r>
              <w:rPr>
                <w:b w:val="0"/>
                <w:i/>
                <w:color w:val="5B6474"/>
                <w:sz w:val="17"/>
              </w:rPr>
              <w:t>The contracting entity, not a business unit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[Customer legal entity, address]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Agreement reference</w:t>
            </w:r>
          </w:p>
          <w:p>
            <w:r>
              <w:rPr>
                <w:b w:val="0"/>
                <w:i/>
                <w:color w:val="5B6474"/>
                <w:sz w:val="17"/>
              </w:rPr>
              <w:t>Title, date, amendments and contract number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Master Services Agreement dated [date], as amended by Amendment [no.]</w:t>
            </w:r>
          </w:p>
        </w:tc>
      </w:tr>
    </w:tbl>
    <w:p>
      <w:pPr>
        <w:keepNext/>
        <w:spacing w:before="280" w:after="80"/>
      </w:pPr>
      <w:r>
        <w:rPr>
          <w:b/>
          <w:i w:val="0"/>
          <w:color w:val="11695C"/>
          <w:sz w:val="22"/>
        </w:rPr>
        <w:t>TERMINATION STATEMENT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Clause relied on</w:t>
            </w:r>
          </w:p>
          <w:p>
            <w:r>
              <w:rPr>
                <w:b w:val="0"/>
                <w:i/>
                <w:color w:val="5B6474"/>
                <w:sz w:val="17"/>
              </w:rPr>
              <w:t>Section number and title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Section [number], [title]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Scope of termination</w:t>
            </w:r>
          </w:p>
          <w:p>
            <w:r>
              <w:rPr>
                <w:b w:val="0"/>
                <w:i/>
                <w:color w:val="5B6474"/>
                <w:sz w:val="17"/>
              </w:rPr>
              <w:t>Whole agreement or a named statement of work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[The agreement / Statement of Work no. X]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Basis</w:t>
            </w:r>
          </w:p>
          <w:p>
            <w:r>
              <w:rPr>
                <w:b w:val="0"/>
                <w:i/>
                <w:color w:val="5B6474"/>
                <w:sz w:val="17"/>
              </w:rPr>
              <w:t>Convenience, nonrenewal or another approved reason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[Termination for convenience / expiration and nonrenewal]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Effective date and time</w:t>
            </w:r>
          </w:p>
          <w:p>
            <w:r>
              <w:rPr>
                <w:b w:val="0"/>
                <w:i/>
                <w:color w:val="5B6474"/>
                <w:sz w:val="17"/>
              </w:rPr>
              <w:t>Include the time zone if the contract does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[Date], [time], [time zone]</w:t>
            </w:r>
          </w:p>
        </w:tc>
      </w:tr>
    </w:tbl>
    <w:p>
      <w:pPr>
        <w:keepNext/>
        <w:spacing w:before="280" w:after="80"/>
      </w:pPr>
      <w:r>
        <w:rPr>
          <w:b/>
          <w:i w:val="0"/>
          <w:color w:val="11695C"/>
          <w:sz w:val="22"/>
        </w:rPr>
        <w:t>TRANSITION REQUESTS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Name a transition contact on both sides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Request a final status report on open work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Request export or return of company data in the agreed format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Confirm access deactivation date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Ask for the final invoice and any credit or refund statement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Request written acknowledgment of receipt</w:t>
      </w:r>
    </w:p>
    <w:p>
      <w:pPr>
        <w:keepNext/>
        <w:spacing w:before="280" w:after="80"/>
      </w:pPr>
      <w:r>
        <w:rPr>
          <w:b/>
          <w:i w:val="0"/>
          <w:color w:val="11695C"/>
          <w:sz w:val="22"/>
        </w:rPr>
        <w:t>DELIVERY AND PROOF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Delivery method</w:t>
            </w:r>
          </w:p>
          <w:p>
            <w:r>
              <w:rPr>
                <w:b w:val="0"/>
                <w:i/>
                <w:color w:val="5B6474"/>
                <w:sz w:val="17"/>
              </w:rPr>
              <w:t>The method the notices clause allows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[Courier / certified mail / approved email address]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Proof of delivery reference</w:t>
            </w:r>
          </w:p>
          <w:p>
            <w:r>
              <w:rPr>
                <w:b w:val="0"/>
                <w:i/>
                <w:color w:val="5B6474"/>
                <w:sz w:val="17"/>
              </w:rPr>
              <w:t>Tracking number, receipt or acknowledgment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[Reference saved in the contract record]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Authorized signatory</w:t>
            </w:r>
          </w:p>
          <w:p>
            <w:r>
              <w:rPr>
                <w:b w:val="0"/>
                <w:i/>
                <w:color w:val="5B6474"/>
                <w:sz w:val="17"/>
              </w:rPr>
              <w:t>Name, title, company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[Name, title, company]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B6474"/>
        <w:sz w:val="16"/>
      </w:rPr>
      <w:t>The Procurement Manager  |  theprocurementmanager.com/blog/contract-termination-notice-template  |  Free template,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contract termination notice</dc:title>
  <dc:subject/>
  <dc:creator>The Procurement Manager</dc:creator>
  <cp:keywords/>
  <dc:description>theprocurementmanager.com/blog/contract-termination-notice-template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